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1B6F1" w14:textId="77777777" w:rsidR="005D2E4D" w:rsidRPr="00C50D77" w:rsidRDefault="00C50D77">
      <w:pPr>
        <w:spacing w:before="200" w:after="240"/>
        <w:jc w:val="center"/>
        <w:rPr>
          <w:rFonts w:hint="eastAsia"/>
          <w:lang w:val="sl-SI"/>
        </w:rPr>
      </w:pPr>
      <w:r w:rsidRPr="00C50D77">
        <w:rPr>
          <w:b/>
          <w:sz w:val="31"/>
          <w:lang w:val="sl-SI"/>
        </w:rPr>
        <w:t>VLOGA ZA DODELITEV KADROVSKEGA STANOVANJA V NAJEM</w:t>
      </w:r>
    </w:p>
    <w:p w14:paraId="7E53EB64" w14:textId="1E78B3BD" w:rsidR="005D2E4D" w:rsidRPr="00C50D77" w:rsidRDefault="00C50D77">
      <w:pPr>
        <w:jc w:val="center"/>
        <w:rPr>
          <w:rFonts w:hint="eastAsia"/>
          <w:lang w:val="sl-SI"/>
        </w:rPr>
      </w:pPr>
      <w:r w:rsidRPr="00C50D77">
        <w:rPr>
          <w:b/>
          <w:lang w:val="sl-SI"/>
        </w:rPr>
        <w:t xml:space="preserve">Stanovanje na naslovu Sevno 14, št. 5, 8000 Novo mesto - rok za oddajo: </w:t>
      </w:r>
      <w:r w:rsidR="00871FD5">
        <w:rPr>
          <w:b/>
          <w:lang w:val="sl-SI"/>
        </w:rPr>
        <w:t>25</w:t>
      </w:r>
      <w:r w:rsidRPr="00C50D77">
        <w:rPr>
          <w:b/>
          <w:lang w:val="sl-SI"/>
        </w:rPr>
        <w:t xml:space="preserve">. </w:t>
      </w:r>
      <w:r w:rsidR="00871FD5">
        <w:rPr>
          <w:b/>
          <w:lang w:val="sl-SI"/>
        </w:rPr>
        <w:t>09</w:t>
      </w:r>
      <w:r w:rsidRPr="00C50D77">
        <w:rPr>
          <w:b/>
          <w:lang w:val="sl-SI"/>
        </w:rPr>
        <w:t xml:space="preserve">. </w:t>
      </w:r>
      <w:r w:rsidR="00871FD5">
        <w:rPr>
          <w:b/>
          <w:lang w:val="sl-SI"/>
        </w:rPr>
        <w:t xml:space="preserve"> </w:t>
      </w:r>
      <w:r w:rsidRPr="00C50D77">
        <w:rPr>
          <w:b/>
          <w:lang w:val="sl-SI"/>
        </w:rPr>
        <w:t>2026</w:t>
      </w:r>
    </w:p>
    <w:p w14:paraId="747A477C" w14:textId="77777777" w:rsidR="005D2E4D" w:rsidRPr="00C50D77" w:rsidRDefault="00C50D77">
      <w:pPr>
        <w:spacing w:before="140" w:after="80"/>
        <w:rPr>
          <w:rFonts w:hint="eastAsia"/>
          <w:lang w:val="sl-SI"/>
        </w:rPr>
      </w:pPr>
      <w:r w:rsidRPr="00C50D77">
        <w:rPr>
          <w:b/>
          <w:sz w:val="23"/>
          <w:lang w:val="sl-SI"/>
        </w:rPr>
        <w:t>I. PODATKI O PROSILCU</w:t>
      </w: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3118"/>
        <w:gridCol w:w="6520"/>
      </w:tblGrid>
      <w:tr w:rsidR="00C50D77" w:rsidRPr="00C50D77" w14:paraId="0A138BD6" w14:textId="77777777">
        <w:trPr>
          <w:jc w:val="center"/>
        </w:trPr>
        <w:tc>
          <w:tcPr>
            <w:tcW w:w="3118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1554B7" w14:textId="77777777" w:rsidR="005D2E4D" w:rsidRPr="00C50D77" w:rsidRDefault="00C50D77">
            <w:pPr>
              <w:rPr>
                <w:rFonts w:hint="eastAsia"/>
                <w:lang w:val="sl-SI"/>
              </w:rPr>
            </w:pPr>
            <w:r w:rsidRPr="00C50D77">
              <w:rPr>
                <w:sz w:val="19"/>
                <w:lang w:val="sl-SI"/>
              </w:rPr>
              <w:t>Priimek in ime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5F9CE9" w14:textId="77777777" w:rsidR="005D2E4D" w:rsidRPr="00C50D77" w:rsidRDefault="005D2E4D">
            <w:pPr>
              <w:rPr>
                <w:rFonts w:hint="eastAsia"/>
                <w:lang w:val="sl-SI"/>
              </w:rPr>
            </w:pPr>
          </w:p>
        </w:tc>
      </w:tr>
      <w:tr w:rsidR="00C50D77" w:rsidRPr="00C50D77" w14:paraId="7271A807" w14:textId="77777777">
        <w:trPr>
          <w:jc w:val="center"/>
        </w:trPr>
        <w:tc>
          <w:tcPr>
            <w:tcW w:w="3118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E84784" w14:textId="77777777" w:rsidR="005D2E4D" w:rsidRPr="00C50D77" w:rsidRDefault="00C50D77">
            <w:pPr>
              <w:rPr>
                <w:rFonts w:hint="eastAsia"/>
                <w:lang w:val="sl-SI"/>
              </w:rPr>
            </w:pPr>
            <w:r w:rsidRPr="00C50D77">
              <w:rPr>
                <w:sz w:val="19"/>
                <w:lang w:val="sl-SI"/>
              </w:rPr>
              <w:t>EMŠO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0C6454" w14:textId="77777777" w:rsidR="005D2E4D" w:rsidRPr="00C50D77" w:rsidRDefault="005D2E4D">
            <w:pPr>
              <w:rPr>
                <w:rFonts w:hint="eastAsia"/>
                <w:lang w:val="sl-SI"/>
              </w:rPr>
            </w:pPr>
          </w:p>
        </w:tc>
      </w:tr>
      <w:tr w:rsidR="00C50D77" w:rsidRPr="00C50D77" w14:paraId="301FBCBC" w14:textId="77777777">
        <w:trPr>
          <w:jc w:val="center"/>
        </w:trPr>
        <w:tc>
          <w:tcPr>
            <w:tcW w:w="3118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48199E" w14:textId="77777777" w:rsidR="005D2E4D" w:rsidRPr="00C50D77" w:rsidRDefault="00C50D77">
            <w:pPr>
              <w:rPr>
                <w:rFonts w:hint="eastAsia"/>
                <w:lang w:val="sl-SI"/>
              </w:rPr>
            </w:pPr>
            <w:r w:rsidRPr="00C50D77">
              <w:rPr>
                <w:sz w:val="19"/>
                <w:lang w:val="sl-SI"/>
              </w:rPr>
              <w:t>Davčna številka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0B8CA8" w14:textId="77777777" w:rsidR="005D2E4D" w:rsidRPr="00C50D77" w:rsidRDefault="005D2E4D">
            <w:pPr>
              <w:rPr>
                <w:rFonts w:hint="eastAsia"/>
                <w:lang w:val="sl-SI"/>
              </w:rPr>
            </w:pPr>
          </w:p>
        </w:tc>
      </w:tr>
      <w:tr w:rsidR="00C50D77" w:rsidRPr="00C50D77" w14:paraId="131C6AC0" w14:textId="77777777">
        <w:trPr>
          <w:jc w:val="center"/>
        </w:trPr>
        <w:tc>
          <w:tcPr>
            <w:tcW w:w="3118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983883" w14:textId="77777777" w:rsidR="005D2E4D" w:rsidRPr="00C50D77" w:rsidRDefault="00C50D77">
            <w:pPr>
              <w:rPr>
                <w:rFonts w:hint="eastAsia"/>
                <w:lang w:val="sl-SI"/>
              </w:rPr>
            </w:pPr>
            <w:r w:rsidRPr="00C50D77">
              <w:rPr>
                <w:sz w:val="19"/>
                <w:lang w:val="sl-SI"/>
              </w:rPr>
              <w:t>Državljanstvo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BCC69F" w14:textId="77777777" w:rsidR="005D2E4D" w:rsidRPr="00C50D77" w:rsidRDefault="005D2E4D">
            <w:pPr>
              <w:rPr>
                <w:rFonts w:hint="eastAsia"/>
                <w:lang w:val="sl-SI"/>
              </w:rPr>
            </w:pPr>
          </w:p>
        </w:tc>
      </w:tr>
      <w:tr w:rsidR="00C50D77" w:rsidRPr="00C50D77" w14:paraId="20DE5168" w14:textId="77777777">
        <w:trPr>
          <w:jc w:val="center"/>
        </w:trPr>
        <w:tc>
          <w:tcPr>
            <w:tcW w:w="3118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3808F0" w14:textId="77777777" w:rsidR="005D2E4D" w:rsidRPr="00C50D77" w:rsidRDefault="00C50D77">
            <w:pPr>
              <w:rPr>
                <w:rFonts w:hint="eastAsia"/>
                <w:lang w:val="sl-SI"/>
              </w:rPr>
            </w:pPr>
            <w:r w:rsidRPr="00C50D77">
              <w:rPr>
                <w:sz w:val="19"/>
                <w:lang w:val="sl-SI"/>
              </w:rPr>
              <w:t>Naslov stalnega prebivališča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4BBBA14" w14:textId="77777777" w:rsidR="005D2E4D" w:rsidRPr="00C50D77" w:rsidRDefault="005D2E4D">
            <w:pPr>
              <w:rPr>
                <w:rFonts w:hint="eastAsia"/>
                <w:lang w:val="sl-SI"/>
              </w:rPr>
            </w:pPr>
          </w:p>
        </w:tc>
      </w:tr>
      <w:tr w:rsidR="00C50D77" w:rsidRPr="00C50D77" w14:paraId="5E33F594" w14:textId="77777777">
        <w:trPr>
          <w:jc w:val="center"/>
        </w:trPr>
        <w:tc>
          <w:tcPr>
            <w:tcW w:w="3118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E5C8D8" w14:textId="77777777" w:rsidR="005D2E4D" w:rsidRPr="00C50D77" w:rsidRDefault="00C50D77">
            <w:pPr>
              <w:rPr>
                <w:rFonts w:hint="eastAsia"/>
                <w:lang w:val="sl-SI"/>
              </w:rPr>
            </w:pPr>
            <w:r w:rsidRPr="00C50D77">
              <w:rPr>
                <w:sz w:val="19"/>
                <w:lang w:val="sl-SI"/>
              </w:rPr>
              <w:t>Naslov začasnega prebivališča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56B394" w14:textId="77777777" w:rsidR="005D2E4D" w:rsidRPr="00C50D77" w:rsidRDefault="005D2E4D">
            <w:pPr>
              <w:rPr>
                <w:rFonts w:hint="eastAsia"/>
                <w:lang w:val="sl-SI"/>
              </w:rPr>
            </w:pPr>
          </w:p>
        </w:tc>
      </w:tr>
      <w:tr w:rsidR="00C50D77" w:rsidRPr="00C50D77" w14:paraId="58CAF8E7" w14:textId="77777777">
        <w:trPr>
          <w:jc w:val="center"/>
        </w:trPr>
        <w:tc>
          <w:tcPr>
            <w:tcW w:w="3118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610D2E" w14:textId="77777777" w:rsidR="005D2E4D" w:rsidRPr="00C50D77" w:rsidRDefault="00C50D77">
            <w:pPr>
              <w:rPr>
                <w:rFonts w:hint="eastAsia"/>
                <w:lang w:val="sl-SI"/>
              </w:rPr>
            </w:pPr>
            <w:r w:rsidRPr="00C50D77">
              <w:rPr>
                <w:sz w:val="19"/>
                <w:lang w:val="sl-SI"/>
              </w:rPr>
              <w:t>Telefon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434C17" w14:textId="77777777" w:rsidR="005D2E4D" w:rsidRPr="00C50D77" w:rsidRDefault="005D2E4D">
            <w:pPr>
              <w:rPr>
                <w:rFonts w:hint="eastAsia"/>
                <w:lang w:val="sl-SI"/>
              </w:rPr>
            </w:pPr>
          </w:p>
        </w:tc>
      </w:tr>
      <w:tr w:rsidR="00C50D77" w:rsidRPr="00C50D77" w14:paraId="303AB1CB" w14:textId="77777777">
        <w:trPr>
          <w:jc w:val="center"/>
        </w:trPr>
        <w:tc>
          <w:tcPr>
            <w:tcW w:w="3118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BB9AFE" w14:textId="77777777" w:rsidR="005D2E4D" w:rsidRPr="00C50D77" w:rsidRDefault="00C50D77">
            <w:pPr>
              <w:rPr>
                <w:rFonts w:hint="eastAsia"/>
                <w:lang w:val="sl-SI"/>
              </w:rPr>
            </w:pPr>
            <w:r w:rsidRPr="00C50D77">
              <w:rPr>
                <w:sz w:val="19"/>
                <w:lang w:val="sl-SI"/>
              </w:rPr>
              <w:t>E-pošta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3603C0" w14:textId="77777777" w:rsidR="005D2E4D" w:rsidRPr="00C50D77" w:rsidRDefault="005D2E4D">
            <w:pPr>
              <w:rPr>
                <w:rFonts w:hint="eastAsia"/>
                <w:lang w:val="sl-SI"/>
              </w:rPr>
            </w:pPr>
          </w:p>
        </w:tc>
      </w:tr>
    </w:tbl>
    <w:p w14:paraId="06868B60" w14:textId="77777777" w:rsidR="00C50D77" w:rsidRDefault="00C50D77">
      <w:pPr>
        <w:spacing w:before="140" w:after="80"/>
        <w:rPr>
          <w:rFonts w:hint="eastAsia"/>
          <w:b/>
          <w:sz w:val="23"/>
          <w:lang w:val="sl-SI"/>
        </w:rPr>
      </w:pPr>
    </w:p>
    <w:p w14:paraId="56C398CE" w14:textId="19CDC836" w:rsidR="005D2E4D" w:rsidRPr="00C50D77" w:rsidRDefault="00C50D77">
      <w:pPr>
        <w:spacing w:before="140" w:after="80"/>
        <w:rPr>
          <w:rFonts w:hint="eastAsia"/>
          <w:lang w:val="sl-SI"/>
        </w:rPr>
      </w:pPr>
      <w:r w:rsidRPr="00C50D77">
        <w:rPr>
          <w:b/>
          <w:sz w:val="23"/>
          <w:lang w:val="sl-SI"/>
        </w:rPr>
        <w:t>II. PODATKI O ZAPOSLITVI</w:t>
      </w: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5100"/>
        <w:gridCol w:w="5100"/>
      </w:tblGrid>
      <w:tr w:rsidR="00C50D77" w:rsidRPr="00C50D77" w14:paraId="3DE4495C" w14:textId="77777777">
        <w:trPr>
          <w:jc w:val="center"/>
        </w:trPr>
        <w:tc>
          <w:tcPr>
            <w:tcW w:w="51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C9EB6F" w14:textId="77777777" w:rsidR="005D2E4D" w:rsidRPr="00C50D77" w:rsidRDefault="00C50D77">
            <w:pPr>
              <w:rPr>
                <w:rFonts w:hint="eastAsia"/>
                <w:lang w:val="sl-SI"/>
              </w:rPr>
            </w:pPr>
            <w:r w:rsidRPr="00C50D77">
              <w:rPr>
                <w:sz w:val="19"/>
                <w:lang w:val="sl-SI"/>
              </w:rPr>
              <w:t>Organizacijska enota / lokacija dela</w:t>
            </w:r>
          </w:p>
        </w:tc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559B792" w14:textId="77777777" w:rsidR="005D2E4D" w:rsidRPr="00C50D77" w:rsidRDefault="005D2E4D">
            <w:pPr>
              <w:rPr>
                <w:rFonts w:hint="eastAsia"/>
                <w:lang w:val="sl-SI"/>
              </w:rPr>
            </w:pPr>
          </w:p>
        </w:tc>
      </w:tr>
      <w:tr w:rsidR="00C50D77" w:rsidRPr="00C50D77" w14:paraId="23AE85CA" w14:textId="77777777">
        <w:trPr>
          <w:jc w:val="center"/>
        </w:trPr>
        <w:tc>
          <w:tcPr>
            <w:tcW w:w="51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DF28C8" w14:textId="77777777" w:rsidR="005D2E4D" w:rsidRPr="00C50D77" w:rsidRDefault="00C50D77">
            <w:pPr>
              <w:rPr>
                <w:rFonts w:hint="eastAsia"/>
                <w:lang w:val="sl-SI"/>
              </w:rPr>
            </w:pPr>
            <w:r w:rsidRPr="00C50D77">
              <w:rPr>
                <w:sz w:val="19"/>
                <w:lang w:val="sl-SI"/>
              </w:rPr>
              <w:t>Delovno mesto</w:t>
            </w:r>
          </w:p>
        </w:tc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2C831C" w14:textId="77777777" w:rsidR="005D2E4D" w:rsidRPr="00C50D77" w:rsidRDefault="005D2E4D">
            <w:pPr>
              <w:rPr>
                <w:rFonts w:hint="eastAsia"/>
                <w:lang w:val="sl-SI"/>
              </w:rPr>
            </w:pPr>
          </w:p>
        </w:tc>
      </w:tr>
      <w:tr w:rsidR="00C50D77" w:rsidRPr="00C50D77" w14:paraId="72E0CFD7" w14:textId="77777777">
        <w:trPr>
          <w:jc w:val="center"/>
        </w:trPr>
        <w:tc>
          <w:tcPr>
            <w:tcW w:w="51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4F6E32" w14:textId="77777777" w:rsidR="005D2E4D" w:rsidRPr="00C50D77" w:rsidRDefault="00C50D77">
            <w:pPr>
              <w:rPr>
                <w:rFonts w:hint="eastAsia"/>
                <w:lang w:val="sl-SI"/>
              </w:rPr>
            </w:pPr>
            <w:r w:rsidRPr="00C50D77">
              <w:rPr>
                <w:sz w:val="19"/>
                <w:lang w:val="sl-SI"/>
              </w:rPr>
              <w:t>Datum začetka zaposlitve</w:t>
            </w:r>
          </w:p>
        </w:tc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7437B5E" w14:textId="77777777" w:rsidR="005D2E4D" w:rsidRPr="00C50D77" w:rsidRDefault="005D2E4D">
            <w:pPr>
              <w:rPr>
                <w:rFonts w:hint="eastAsia"/>
                <w:lang w:val="sl-SI"/>
              </w:rPr>
            </w:pPr>
          </w:p>
        </w:tc>
      </w:tr>
      <w:tr w:rsidR="00C50D77" w:rsidRPr="00C50D77" w14:paraId="4BF28C82" w14:textId="77777777">
        <w:trPr>
          <w:jc w:val="center"/>
        </w:trPr>
        <w:tc>
          <w:tcPr>
            <w:tcW w:w="51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924D56" w14:textId="77777777" w:rsidR="005D2E4D" w:rsidRPr="00C50D77" w:rsidRDefault="00C50D77">
            <w:pPr>
              <w:rPr>
                <w:rFonts w:hint="eastAsia"/>
                <w:lang w:val="sl-SI"/>
              </w:rPr>
            </w:pPr>
            <w:r w:rsidRPr="00C50D77">
              <w:rPr>
                <w:sz w:val="19"/>
                <w:lang w:val="sl-SI"/>
              </w:rPr>
              <w:t>Zaposlitev za:</w:t>
            </w:r>
          </w:p>
        </w:tc>
        <w:tc>
          <w:tcPr>
            <w:tcW w:w="510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ADBB2D" w14:textId="77777777" w:rsidR="005D2E4D" w:rsidRPr="00C50D77" w:rsidRDefault="00C50D77">
            <w:pPr>
              <w:rPr>
                <w:rFonts w:hint="eastAsia"/>
                <w:lang w:val="sl-SI"/>
              </w:rPr>
            </w:pPr>
            <w:r w:rsidRPr="00C50D77">
              <w:rPr>
                <w:sz w:val="19"/>
                <w:lang w:val="sl-SI"/>
              </w:rPr>
              <w:t>nedoločen čas / določen čas do __________________</w:t>
            </w:r>
          </w:p>
        </w:tc>
      </w:tr>
    </w:tbl>
    <w:p w14:paraId="2063A74B" w14:textId="77777777" w:rsidR="00C50D77" w:rsidRDefault="00C50D77">
      <w:pPr>
        <w:spacing w:before="140" w:after="80"/>
        <w:rPr>
          <w:rFonts w:hint="eastAsia"/>
          <w:b/>
          <w:sz w:val="23"/>
          <w:lang w:val="sl-SI"/>
        </w:rPr>
      </w:pPr>
    </w:p>
    <w:p w14:paraId="330524EE" w14:textId="729D877C" w:rsidR="005D2E4D" w:rsidRPr="00C50D77" w:rsidRDefault="00C50D77">
      <w:pPr>
        <w:spacing w:before="140" w:after="80"/>
        <w:rPr>
          <w:rFonts w:hint="eastAsia"/>
          <w:lang w:val="sl-SI"/>
        </w:rPr>
      </w:pPr>
      <w:r w:rsidRPr="00C50D77">
        <w:rPr>
          <w:b/>
          <w:sz w:val="23"/>
          <w:lang w:val="sl-SI"/>
        </w:rPr>
        <w:t>III. OŽJI DRUŽINSKI ČLANI, KI BODO BIVALI V STANOVANJU</w:t>
      </w: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2550"/>
        <w:gridCol w:w="2550"/>
        <w:gridCol w:w="2550"/>
        <w:gridCol w:w="2550"/>
      </w:tblGrid>
      <w:tr w:rsidR="00C50D77" w:rsidRPr="00C50D77" w14:paraId="430A86E6" w14:textId="77777777" w:rsidTr="00C50D77">
        <w:trPr>
          <w:jc w:val="center"/>
        </w:trPr>
        <w:tc>
          <w:tcPr>
            <w:tcW w:w="2550" w:type="dxa"/>
            <w:shd w:val="clear" w:color="auto" w:fill="D9D9D9" w:themeFill="background1" w:themeFillShade="D9"/>
          </w:tcPr>
          <w:p w14:paraId="67667FCC" w14:textId="77777777" w:rsidR="005D2E4D" w:rsidRPr="00C50D77" w:rsidRDefault="00C50D77">
            <w:pPr>
              <w:rPr>
                <w:rFonts w:hint="eastAsia"/>
                <w:lang w:val="sl-SI"/>
              </w:rPr>
            </w:pPr>
            <w:r w:rsidRPr="00C50D77">
              <w:rPr>
                <w:b/>
                <w:sz w:val="18"/>
                <w:lang w:val="sl-SI"/>
              </w:rPr>
              <w:t>Priimek in ime</w:t>
            </w:r>
          </w:p>
        </w:tc>
        <w:tc>
          <w:tcPr>
            <w:tcW w:w="2550" w:type="dxa"/>
            <w:shd w:val="clear" w:color="auto" w:fill="D9D9D9" w:themeFill="background1" w:themeFillShade="D9"/>
          </w:tcPr>
          <w:p w14:paraId="62419DEF" w14:textId="77777777" w:rsidR="005D2E4D" w:rsidRPr="00C50D77" w:rsidRDefault="00C50D77">
            <w:pPr>
              <w:rPr>
                <w:rFonts w:hint="eastAsia"/>
                <w:lang w:val="sl-SI"/>
              </w:rPr>
            </w:pPr>
            <w:r w:rsidRPr="00C50D77">
              <w:rPr>
                <w:b/>
                <w:sz w:val="18"/>
                <w:lang w:val="sl-SI"/>
              </w:rPr>
              <w:t>Sorodstveno razmerje</w:t>
            </w:r>
          </w:p>
        </w:tc>
        <w:tc>
          <w:tcPr>
            <w:tcW w:w="2550" w:type="dxa"/>
            <w:shd w:val="clear" w:color="auto" w:fill="D9D9D9" w:themeFill="background1" w:themeFillShade="D9"/>
          </w:tcPr>
          <w:p w14:paraId="0A54B816" w14:textId="77777777" w:rsidR="005D2E4D" w:rsidRPr="00C50D77" w:rsidRDefault="00C50D77">
            <w:pPr>
              <w:rPr>
                <w:rFonts w:hint="eastAsia"/>
                <w:lang w:val="sl-SI"/>
              </w:rPr>
            </w:pPr>
            <w:r w:rsidRPr="00C50D77">
              <w:rPr>
                <w:b/>
                <w:sz w:val="18"/>
                <w:lang w:val="sl-SI"/>
              </w:rPr>
              <w:t>Leto rojstva</w:t>
            </w:r>
          </w:p>
        </w:tc>
        <w:tc>
          <w:tcPr>
            <w:tcW w:w="2550" w:type="dxa"/>
            <w:shd w:val="clear" w:color="auto" w:fill="D9D9D9" w:themeFill="background1" w:themeFillShade="D9"/>
          </w:tcPr>
          <w:p w14:paraId="6F26EACC" w14:textId="77777777" w:rsidR="005D2E4D" w:rsidRPr="00C50D77" w:rsidRDefault="00C50D77">
            <w:pPr>
              <w:rPr>
                <w:rFonts w:hint="eastAsia"/>
                <w:lang w:val="sl-SI"/>
              </w:rPr>
            </w:pPr>
            <w:r w:rsidRPr="00C50D77">
              <w:rPr>
                <w:b/>
                <w:sz w:val="18"/>
                <w:lang w:val="sl-SI"/>
              </w:rPr>
              <w:t>Državljanstvo</w:t>
            </w:r>
          </w:p>
        </w:tc>
      </w:tr>
      <w:tr w:rsidR="00C50D77" w:rsidRPr="00C50D77" w14:paraId="31F13AD1" w14:textId="77777777">
        <w:trPr>
          <w:jc w:val="center"/>
        </w:trPr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609E3" w14:textId="77777777" w:rsidR="005D2E4D" w:rsidRPr="00C50D77" w:rsidRDefault="005D2E4D">
            <w:pPr>
              <w:rPr>
                <w:rFonts w:hint="eastAsia"/>
                <w:lang w:val="sl-SI"/>
              </w:rPr>
            </w:pP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60541" w14:textId="77777777" w:rsidR="005D2E4D" w:rsidRPr="00C50D77" w:rsidRDefault="005D2E4D">
            <w:pPr>
              <w:rPr>
                <w:rFonts w:hint="eastAsia"/>
                <w:lang w:val="sl-SI"/>
              </w:rPr>
            </w:pP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48CDF" w14:textId="77777777" w:rsidR="005D2E4D" w:rsidRPr="00C50D77" w:rsidRDefault="005D2E4D">
            <w:pPr>
              <w:rPr>
                <w:rFonts w:hint="eastAsia"/>
                <w:lang w:val="sl-SI"/>
              </w:rPr>
            </w:pP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CFCF6" w14:textId="77777777" w:rsidR="005D2E4D" w:rsidRPr="00C50D77" w:rsidRDefault="005D2E4D">
            <w:pPr>
              <w:rPr>
                <w:rFonts w:hint="eastAsia"/>
                <w:lang w:val="sl-SI"/>
              </w:rPr>
            </w:pPr>
          </w:p>
        </w:tc>
      </w:tr>
      <w:tr w:rsidR="00C50D77" w:rsidRPr="00C50D77" w14:paraId="3D5AD38D" w14:textId="77777777">
        <w:trPr>
          <w:jc w:val="center"/>
        </w:trPr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A286A" w14:textId="77777777" w:rsidR="005D2E4D" w:rsidRPr="00C50D77" w:rsidRDefault="005D2E4D">
            <w:pPr>
              <w:rPr>
                <w:rFonts w:hint="eastAsia"/>
                <w:lang w:val="sl-SI"/>
              </w:rPr>
            </w:pP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D1EBC" w14:textId="77777777" w:rsidR="005D2E4D" w:rsidRPr="00C50D77" w:rsidRDefault="005D2E4D">
            <w:pPr>
              <w:rPr>
                <w:rFonts w:hint="eastAsia"/>
                <w:lang w:val="sl-SI"/>
              </w:rPr>
            </w:pP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0DCED" w14:textId="77777777" w:rsidR="005D2E4D" w:rsidRPr="00C50D77" w:rsidRDefault="005D2E4D">
            <w:pPr>
              <w:rPr>
                <w:rFonts w:hint="eastAsia"/>
                <w:lang w:val="sl-SI"/>
              </w:rPr>
            </w:pP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846A5" w14:textId="77777777" w:rsidR="005D2E4D" w:rsidRPr="00C50D77" w:rsidRDefault="005D2E4D">
            <w:pPr>
              <w:rPr>
                <w:rFonts w:hint="eastAsia"/>
                <w:lang w:val="sl-SI"/>
              </w:rPr>
            </w:pPr>
          </w:p>
        </w:tc>
      </w:tr>
      <w:tr w:rsidR="00C50D77" w:rsidRPr="00C50D77" w14:paraId="7F6439E2" w14:textId="77777777">
        <w:trPr>
          <w:jc w:val="center"/>
        </w:trPr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2971F" w14:textId="77777777" w:rsidR="005D2E4D" w:rsidRPr="00C50D77" w:rsidRDefault="005D2E4D">
            <w:pPr>
              <w:rPr>
                <w:rFonts w:hint="eastAsia"/>
                <w:lang w:val="sl-SI"/>
              </w:rPr>
            </w:pP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C645E" w14:textId="77777777" w:rsidR="005D2E4D" w:rsidRPr="00C50D77" w:rsidRDefault="005D2E4D">
            <w:pPr>
              <w:rPr>
                <w:rFonts w:hint="eastAsia"/>
                <w:lang w:val="sl-SI"/>
              </w:rPr>
            </w:pP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33767" w14:textId="77777777" w:rsidR="005D2E4D" w:rsidRPr="00C50D77" w:rsidRDefault="005D2E4D">
            <w:pPr>
              <w:rPr>
                <w:rFonts w:hint="eastAsia"/>
                <w:lang w:val="sl-SI"/>
              </w:rPr>
            </w:pP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B1284F" w14:textId="77777777" w:rsidR="005D2E4D" w:rsidRPr="00C50D77" w:rsidRDefault="005D2E4D">
            <w:pPr>
              <w:rPr>
                <w:rFonts w:hint="eastAsia"/>
                <w:lang w:val="sl-SI"/>
              </w:rPr>
            </w:pPr>
          </w:p>
        </w:tc>
      </w:tr>
      <w:tr w:rsidR="00C50D77" w:rsidRPr="00C50D77" w14:paraId="75AC18E4" w14:textId="77777777">
        <w:trPr>
          <w:jc w:val="center"/>
        </w:trPr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0D957A" w14:textId="77777777" w:rsidR="005D2E4D" w:rsidRPr="00C50D77" w:rsidRDefault="005D2E4D">
            <w:pPr>
              <w:rPr>
                <w:rFonts w:hint="eastAsia"/>
                <w:lang w:val="sl-SI"/>
              </w:rPr>
            </w:pP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C4541" w14:textId="77777777" w:rsidR="005D2E4D" w:rsidRPr="00C50D77" w:rsidRDefault="005D2E4D">
            <w:pPr>
              <w:rPr>
                <w:rFonts w:hint="eastAsia"/>
                <w:lang w:val="sl-SI"/>
              </w:rPr>
            </w:pP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9C9F1" w14:textId="77777777" w:rsidR="005D2E4D" w:rsidRPr="00C50D77" w:rsidRDefault="005D2E4D">
            <w:pPr>
              <w:rPr>
                <w:rFonts w:hint="eastAsia"/>
                <w:lang w:val="sl-SI"/>
              </w:rPr>
            </w:pPr>
          </w:p>
        </w:tc>
        <w:tc>
          <w:tcPr>
            <w:tcW w:w="2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752228" w14:textId="77777777" w:rsidR="005D2E4D" w:rsidRPr="00C50D77" w:rsidRDefault="005D2E4D">
            <w:pPr>
              <w:rPr>
                <w:rFonts w:hint="eastAsia"/>
                <w:lang w:val="sl-SI"/>
              </w:rPr>
            </w:pPr>
          </w:p>
        </w:tc>
      </w:tr>
    </w:tbl>
    <w:p w14:paraId="77703FEA" w14:textId="77777777" w:rsidR="00C50D77" w:rsidRPr="00C50D77" w:rsidRDefault="00C50D77">
      <w:pPr>
        <w:spacing w:before="140" w:after="80"/>
        <w:rPr>
          <w:rFonts w:hint="eastAsia"/>
          <w:b/>
          <w:sz w:val="23"/>
          <w:lang w:val="sl-SI"/>
        </w:rPr>
      </w:pPr>
    </w:p>
    <w:p w14:paraId="6643E427" w14:textId="6AEF3FD2" w:rsidR="005D2E4D" w:rsidRPr="00C50D77" w:rsidRDefault="00C50D77">
      <w:pPr>
        <w:spacing w:before="140" w:after="80"/>
        <w:rPr>
          <w:rFonts w:hint="eastAsia"/>
          <w:lang w:val="sl-SI"/>
        </w:rPr>
      </w:pPr>
      <w:r w:rsidRPr="00C50D77">
        <w:rPr>
          <w:b/>
          <w:sz w:val="23"/>
          <w:lang w:val="sl-SI"/>
        </w:rPr>
        <w:t>IV. TRENUTNE BIVANJSKE RAZMERE IN RAZLOGI ZA PRIJAVO</w:t>
      </w:r>
    </w:p>
    <w:p w14:paraId="559499C9" w14:textId="77777777" w:rsidR="005D2E4D" w:rsidRPr="00C50D77" w:rsidRDefault="00C50D77">
      <w:pPr>
        <w:rPr>
          <w:rFonts w:hint="eastAsia"/>
          <w:lang w:val="sl-SI"/>
        </w:rPr>
      </w:pPr>
      <w:r w:rsidRPr="00C50D77">
        <w:rPr>
          <w:lang w:val="sl-SI"/>
        </w:rPr>
        <w:t>Kratko opišite trenutne bivanjske razmere in razloge, zaradi katerih se prijavljate za kadrovsko stanovanje:</w:t>
      </w:r>
    </w:p>
    <w:p w14:paraId="446510FC" w14:textId="77777777" w:rsidR="00C50D77" w:rsidRPr="00C50D77" w:rsidRDefault="00C50D77">
      <w:pPr>
        <w:spacing w:before="140" w:after="80"/>
        <w:rPr>
          <w:rFonts w:hint="eastAsia"/>
          <w:lang w:val="sl-SI"/>
        </w:rPr>
      </w:pPr>
    </w:p>
    <w:p w14:paraId="40FBD4DE" w14:textId="77777777" w:rsidR="00C50D77" w:rsidRPr="00C50D77" w:rsidRDefault="00C50D77">
      <w:pPr>
        <w:spacing w:before="140" w:after="80"/>
        <w:rPr>
          <w:rFonts w:hint="eastAsia"/>
          <w:lang w:val="sl-SI"/>
        </w:rPr>
      </w:pPr>
    </w:p>
    <w:p w14:paraId="71CE18DA" w14:textId="77777777" w:rsidR="00C50D77" w:rsidRPr="00C50D77" w:rsidRDefault="00C50D77">
      <w:pPr>
        <w:spacing w:before="140" w:after="80"/>
        <w:rPr>
          <w:rFonts w:hint="eastAsia"/>
          <w:lang w:val="sl-SI"/>
        </w:rPr>
      </w:pPr>
    </w:p>
    <w:p w14:paraId="2D9B066C" w14:textId="77777777" w:rsidR="00C50D77" w:rsidRPr="00C50D77" w:rsidRDefault="00C50D77">
      <w:pPr>
        <w:spacing w:before="140" w:after="80"/>
        <w:rPr>
          <w:rFonts w:hint="eastAsia"/>
          <w:lang w:val="sl-SI"/>
        </w:rPr>
      </w:pPr>
    </w:p>
    <w:p w14:paraId="7E76D853" w14:textId="77777777" w:rsidR="00C50D77" w:rsidRPr="00C50D77" w:rsidRDefault="00C50D77">
      <w:pPr>
        <w:spacing w:before="140" w:after="80"/>
        <w:rPr>
          <w:rFonts w:hint="eastAsia"/>
          <w:lang w:val="sl-SI"/>
        </w:rPr>
      </w:pPr>
    </w:p>
    <w:p w14:paraId="683EB991" w14:textId="77777777" w:rsidR="00C50D77" w:rsidRPr="00C50D77" w:rsidRDefault="00C50D77">
      <w:pPr>
        <w:spacing w:before="140" w:after="80"/>
        <w:rPr>
          <w:rFonts w:hint="eastAsia"/>
          <w:lang w:val="sl-SI"/>
        </w:rPr>
      </w:pPr>
    </w:p>
    <w:p w14:paraId="4CE90029" w14:textId="2A15BCD8" w:rsidR="00C50D77" w:rsidRDefault="00C50D77">
      <w:pPr>
        <w:spacing w:before="140" w:after="80"/>
        <w:rPr>
          <w:rFonts w:hint="eastAsia"/>
          <w:lang w:val="sl-SI"/>
        </w:rPr>
      </w:pPr>
    </w:p>
    <w:p w14:paraId="1EFA60B8" w14:textId="77777777" w:rsidR="00C50D77" w:rsidRPr="00C50D77" w:rsidRDefault="00C50D77">
      <w:pPr>
        <w:spacing w:before="140" w:after="80"/>
        <w:rPr>
          <w:rFonts w:hint="eastAsia"/>
          <w:lang w:val="sl-SI"/>
        </w:rPr>
      </w:pPr>
    </w:p>
    <w:p w14:paraId="2B4C9D1E" w14:textId="77777777" w:rsidR="00C50D77" w:rsidRPr="00C50D77" w:rsidRDefault="00C50D77">
      <w:pPr>
        <w:spacing w:before="140" w:after="80"/>
        <w:rPr>
          <w:rFonts w:hint="eastAsia"/>
          <w:lang w:val="sl-SI"/>
        </w:rPr>
      </w:pPr>
    </w:p>
    <w:p w14:paraId="3188B005" w14:textId="77777777" w:rsidR="00C50D77" w:rsidRPr="00C50D77" w:rsidRDefault="00C50D77">
      <w:pPr>
        <w:spacing w:before="140" w:after="80"/>
        <w:rPr>
          <w:rFonts w:hint="eastAsia"/>
          <w:lang w:val="sl-SI"/>
        </w:rPr>
      </w:pPr>
    </w:p>
    <w:p w14:paraId="5DEA874F" w14:textId="63D58377" w:rsidR="005D2E4D" w:rsidRPr="00C50D77" w:rsidRDefault="00C50D77">
      <w:pPr>
        <w:spacing w:before="140" w:after="80"/>
        <w:rPr>
          <w:rFonts w:hint="eastAsia"/>
          <w:lang w:val="sl-SI"/>
        </w:rPr>
      </w:pPr>
      <w:r w:rsidRPr="00C50D77">
        <w:rPr>
          <w:b/>
          <w:sz w:val="23"/>
          <w:lang w:val="sl-SI"/>
        </w:rPr>
        <w:t>V. DOKAZILA, KI JIH PRILAGAM (obkrožite)</w:t>
      </w:r>
    </w:p>
    <w:p w14:paraId="0955C642" w14:textId="47CB8CB5" w:rsidR="005D2E4D" w:rsidRPr="00C50D77" w:rsidRDefault="00C50D77">
      <w:pPr>
        <w:rPr>
          <w:rFonts w:hint="eastAsia"/>
          <w:lang w:val="sl-SI"/>
        </w:rPr>
      </w:pPr>
      <w:r w:rsidRPr="00C50D77">
        <w:rPr>
          <w:lang w:val="sl-SI"/>
        </w:rPr>
        <w:t>DA / NE    1. Fotokopija osebnega dokumenta prosilca in partnerja, če je naveden v vlogi;</w:t>
      </w:r>
    </w:p>
    <w:p w14:paraId="3AA37C50" w14:textId="7FDA84C0" w:rsidR="005D2E4D" w:rsidRPr="00C50D77" w:rsidRDefault="00C50D77">
      <w:pPr>
        <w:rPr>
          <w:rFonts w:hint="eastAsia"/>
          <w:lang w:val="sl-SI"/>
        </w:rPr>
      </w:pPr>
      <w:r w:rsidRPr="00C50D77">
        <w:rPr>
          <w:lang w:val="sl-SI"/>
        </w:rPr>
        <w:t>DA / NE    2. Kopija izpiska iz rojstne matične knjige za vsakega otroka, ki bo bival v stanovanju;</w:t>
      </w:r>
    </w:p>
    <w:p w14:paraId="2CE4D497" w14:textId="6755A857" w:rsidR="005D2E4D" w:rsidRPr="00C50D77" w:rsidRDefault="00C50D77">
      <w:pPr>
        <w:rPr>
          <w:rFonts w:hint="eastAsia"/>
          <w:lang w:val="sl-SI"/>
        </w:rPr>
      </w:pPr>
      <w:r w:rsidRPr="00C50D77">
        <w:rPr>
          <w:lang w:val="sl-SI"/>
        </w:rPr>
        <w:t>DA / NE    3. Če prosilec ni državljan Republike Slovenije: ustrezno dokazilo o zakonitem prebivanju oziroma zaposlitvi v Republiki Sloveniji;</w:t>
      </w:r>
    </w:p>
    <w:p w14:paraId="61BC824A" w14:textId="02085E65" w:rsidR="005D2E4D" w:rsidRPr="00C50D77" w:rsidRDefault="00C50D77">
      <w:pPr>
        <w:rPr>
          <w:rFonts w:hint="eastAsia"/>
          <w:lang w:val="sl-SI"/>
        </w:rPr>
      </w:pPr>
      <w:r w:rsidRPr="00C50D77">
        <w:rPr>
          <w:lang w:val="sl-SI"/>
        </w:rPr>
        <w:t>DA / NE   4. Motivacijsko pismo prosilca.</w:t>
      </w:r>
    </w:p>
    <w:p w14:paraId="17DF3E22" w14:textId="77777777" w:rsidR="005D2E4D" w:rsidRPr="00C50D77" w:rsidRDefault="00C50D77">
      <w:pPr>
        <w:spacing w:before="140" w:after="80"/>
        <w:rPr>
          <w:rFonts w:hint="eastAsia"/>
          <w:lang w:val="sl-SI"/>
        </w:rPr>
      </w:pPr>
      <w:r w:rsidRPr="00C50D77">
        <w:rPr>
          <w:b/>
          <w:sz w:val="23"/>
          <w:lang w:val="sl-SI"/>
        </w:rPr>
        <w:t>VI. IZJAVE PROSILCA</w:t>
      </w:r>
    </w:p>
    <w:p w14:paraId="6A5F4B62" w14:textId="77777777" w:rsidR="005D2E4D" w:rsidRPr="00C50D77" w:rsidRDefault="00C50D77">
      <w:pPr>
        <w:spacing w:after="60"/>
        <w:ind w:left="312" w:hanging="142"/>
        <w:rPr>
          <w:rFonts w:hint="eastAsia"/>
          <w:lang w:val="sl-SI"/>
        </w:rPr>
      </w:pPr>
      <w:r w:rsidRPr="00C50D77">
        <w:rPr>
          <w:lang w:val="sl-SI"/>
        </w:rPr>
        <w:t>• Izjavljam, da so podatki v vlogi in prilogah resnični in popolni.</w:t>
      </w:r>
    </w:p>
    <w:p w14:paraId="64DBCECF" w14:textId="77777777" w:rsidR="005D2E4D" w:rsidRPr="00C50D77" w:rsidRDefault="00C50D77">
      <w:pPr>
        <w:spacing w:after="60"/>
        <w:ind w:left="312" w:hanging="142"/>
        <w:rPr>
          <w:rFonts w:hint="eastAsia"/>
          <w:lang w:val="sl-SI"/>
        </w:rPr>
      </w:pPr>
      <w:r w:rsidRPr="00C50D77">
        <w:rPr>
          <w:lang w:val="sl-SI"/>
        </w:rPr>
        <w:t>• Seznanjen/a sem, da se stanovanje oddaja kot kadrovsko stanovanje za čas moje zaposlitve pri Grmu Novo mesto - centru biotehnike in turizma.</w:t>
      </w:r>
    </w:p>
    <w:p w14:paraId="5F99BDBA" w14:textId="77777777" w:rsidR="005D2E4D" w:rsidRPr="00C50D77" w:rsidRDefault="00C50D77">
      <w:pPr>
        <w:spacing w:after="60"/>
        <w:ind w:left="312" w:hanging="142"/>
        <w:rPr>
          <w:rFonts w:hint="eastAsia"/>
          <w:lang w:val="sl-SI"/>
        </w:rPr>
      </w:pPr>
      <w:r w:rsidRPr="00C50D77">
        <w:rPr>
          <w:lang w:val="sl-SI"/>
        </w:rPr>
        <w:t>• Seznanjen/a sem, da bom v primeru dodelitve pred sklenitvijo oziroma ob sklenitvi najemnega razmerja plačal/a varščino v višini ene mesečne najemnine.</w:t>
      </w:r>
    </w:p>
    <w:p w14:paraId="2810834E" w14:textId="77777777" w:rsidR="005D2E4D" w:rsidRPr="00C50D77" w:rsidRDefault="00C50D77">
      <w:pPr>
        <w:spacing w:after="60"/>
        <w:ind w:left="312" w:hanging="142"/>
        <w:rPr>
          <w:rFonts w:hint="eastAsia"/>
          <w:lang w:val="sl-SI"/>
        </w:rPr>
      </w:pPr>
      <w:r w:rsidRPr="00C50D77">
        <w:rPr>
          <w:lang w:val="sl-SI"/>
        </w:rPr>
        <w:t>• Seznanjen/a sem, da se najemnina plačuje za tekoči mesec na podlagi izdanega računa in da se tekoči obratovalni stroški plačujejo poleg najemnine.</w:t>
      </w:r>
    </w:p>
    <w:p w14:paraId="1C8A0F0B" w14:textId="77777777" w:rsidR="005D2E4D" w:rsidRPr="00C50D77" w:rsidRDefault="00C50D77">
      <w:pPr>
        <w:spacing w:after="60"/>
        <w:ind w:left="312" w:hanging="142"/>
        <w:rPr>
          <w:rFonts w:hint="eastAsia"/>
          <w:lang w:val="sl-SI"/>
        </w:rPr>
      </w:pPr>
      <w:r w:rsidRPr="00C50D77">
        <w:rPr>
          <w:lang w:val="sl-SI"/>
        </w:rPr>
        <w:t>• Dovoljujem Zavodu, da za namen izvedbe postopka preveri podatke o moji zaposlitvi v svojih evidencah.</w:t>
      </w:r>
    </w:p>
    <w:p w14:paraId="776FEC50" w14:textId="77777777" w:rsidR="005D2E4D" w:rsidRPr="00C50D77" w:rsidRDefault="00C50D77">
      <w:pPr>
        <w:spacing w:before="140" w:after="80"/>
        <w:rPr>
          <w:rFonts w:hint="eastAsia"/>
          <w:lang w:val="sl-SI"/>
        </w:rPr>
      </w:pPr>
      <w:r w:rsidRPr="00C50D77">
        <w:rPr>
          <w:b/>
          <w:sz w:val="23"/>
          <w:lang w:val="sl-SI"/>
        </w:rPr>
        <w:t>VII. PODPIS</w:t>
      </w: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5100"/>
        <w:gridCol w:w="5100"/>
      </w:tblGrid>
      <w:tr w:rsidR="00C50D77" w:rsidRPr="00C50D77" w14:paraId="3089C803" w14:textId="77777777">
        <w:trPr>
          <w:jc w:val="center"/>
        </w:trPr>
        <w:tc>
          <w:tcPr>
            <w:tcW w:w="5100" w:type="dxa"/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BC9B8AB" w14:textId="77777777" w:rsidR="005D2E4D" w:rsidRPr="00C50D77" w:rsidRDefault="00C50D77">
            <w:pPr>
              <w:rPr>
                <w:rFonts w:hint="eastAsia"/>
                <w:lang w:val="sl-SI"/>
              </w:rPr>
            </w:pPr>
            <w:r w:rsidRPr="00C50D77">
              <w:rPr>
                <w:sz w:val="19"/>
                <w:lang w:val="sl-SI"/>
              </w:rPr>
              <w:t>Kraj in datum</w:t>
            </w:r>
          </w:p>
        </w:tc>
        <w:tc>
          <w:tcPr>
            <w:tcW w:w="51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4BE387D" w14:textId="77777777" w:rsidR="005D2E4D" w:rsidRPr="00C50D77" w:rsidRDefault="005D2E4D">
            <w:pPr>
              <w:rPr>
                <w:rFonts w:hint="eastAsia"/>
                <w:lang w:val="sl-SI"/>
              </w:rPr>
            </w:pPr>
          </w:p>
        </w:tc>
      </w:tr>
      <w:tr w:rsidR="00C50D77" w:rsidRPr="00C50D77" w14:paraId="2ED12914" w14:textId="77777777">
        <w:trPr>
          <w:jc w:val="center"/>
        </w:trPr>
        <w:tc>
          <w:tcPr>
            <w:tcW w:w="5100" w:type="dxa"/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0CAE233" w14:textId="77777777" w:rsidR="005D2E4D" w:rsidRPr="00C50D77" w:rsidRDefault="00C50D77">
            <w:pPr>
              <w:rPr>
                <w:rFonts w:hint="eastAsia"/>
                <w:lang w:val="sl-SI"/>
              </w:rPr>
            </w:pPr>
            <w:r w:rsidRPr="00C50D77">
              <w:rPr>
                <w:sz w:val="19"/>
                <w:lang w:val="sl-SI"/>
              </w:rPr>
              <w:t>Ime in priimek prosilca</w:t>
            </w:r>
          </w:p>
        </w:tc>
        <w:tc>
          <w:tcPr>
            <w:tcW w:w="51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72548076" w14:textId="77777777" w:rsidR="005D2E4D" w:rsidRPr="00C50D77" w:rsidRDefault="005D2E4D">
            <w:pPr>
              <w:rPr>
                <w:rFonts w:hint="eastAsia"/>
                <w:lang w:val="sl-SI"/>
              </w:rPr>
            </w:pPr>
          </w:p>
        </w:tc>
      </w:tr>
      <w:tr w:rsidR="00C50D77" w:rsidRPr="00C50D77" w14:paraId="374C909F" w14:textId="77777777">
        <w:trPr>
          <w:jc w:val="center"/>
        </w:trPr>
        <w:tc>
          <w:tcPr>
            <w:tcW w:w="5100" w:type="dxa"/>
            <w:shd w:val="clear" w:color="auto" w:fill="F2F2F2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2921A1A2" w14:textId="77777777" w:rsidR="005D2E4D" w:rsidRPr="00C50D77" w:rsidRDefault="00C50D77">
            <w:pPr>
              <w:rPr>
                <w:rFonts w:hint="eastAsia"/>
                <w:lang w:val="sl-SI"/>
              </w:rPr>
            </w:pPr>
            <w:r w:rsidRPr="00C50D77">
              <w:rPr>
                <w:sz w:val="19"/>
                <w:lang w:val="sl-SI"/>
              </w:rPr>
              <w:t>Podpis prosilca</w:t>
            </w:r>
          </w:p>
        </w:tc>
        <w:tc>
          <w:tcPr>
            <w:tcW w:w="51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A4294A1" w14:textId="77777777" w:rsidR="005D2E4D" w:rsidRPr="00C50D77" w:rsidRDefault="005D2E4D">
            <w:pPr>
              <w:rPr>
                <w:rFonts w:hint="eastAsia"/>
                <w:lang w:val="sl-SI"/>
              </w:rPr>
            </w:pPr>
          </w:p>
        </w:tc>
      </w:tr>
    </w:tbl>
    <w:p w14:paraId="0F54FD14" w14:textId="77672CFD" w:rsidR="005D2E4D" w:rsidRPr="00C50D77" w:rsidRDefault="00C50D77">
      <w:pPr>
        <w:spacing w:before="240"/>
        <w:rPr>
          <w:rFonts w:hint="eastAsia"/>
        </w:rPr>
      </w:pPr>
      <w:r w:rsidRPr="00C50D77">
        <w:rPr>
          <w:b/>
          <w:sz w:val="19"/>
          <w:lang w:val="sl-SI"/>
        </w:rPr>
        <w:t xml:space="preserve">Vlogo pošljite do vključno </w:t>
      </w:r>
      <w:r w:rsidR="00871FD5">
        <w:rPr>
          <w:b/>
          <w:sz w:val="19"/>
          <w:lang w:val="sl-SI"/>
        </w:rPr>
        <w:t>25</w:t>
      </w:r>
      <w:r w:rsidRPr="00C50D77">
        <w:rPr>
          <w:b/>
          <w:sz w:val="19"/>
          <w:lang w:val="sl-SI"/>
        </w:rPr>
        <w:t xml:space="preserve">. </w:t>
      </w:r>
      <w:r w:rsidR="00871FD5">
        <w:rPr>
          <w:b/>
          <w:sz w:val="19"/>
          <w:lang w:val="sl-SI"/>
        </w:rPr>
        <w:t>09</w:t>
      </w:r>
      <w:r w:rsidRPr="00C50D77">
        <w:rPr>
          <w:b/>
          <w:sz w:val="19"/>
          <w:lang w:val="sl-SI"/>
        </w:rPr>
        <w:t>. 2026 na javna.narocila@grm-nm.si, oddajte osebno v tajništvu Zavoda ali po pošti na naslov Grm Novo mesto - center biotehnike in turizma, Sevno 13, 8000 Novo mesto</w:t>
      </w:r>
      <w:r w:rsidRPr="00C50D77">
        <w:rPr>
          <w:b/>
          <w:sz w:val="19"/>
        </w:rPr>
        <w:t>.</w:t>
      </w:r>
    </w:p>
    <w:sectPr w:rsidR="005D2E4D" w:rsidRPr="00C50D77" w:rsidSect="00034616">
      <w:footerReference w:type="default" r:id="rId8"/>
      <w:headerReference w:type="first" r:id="rId9"/>
      <w:pgSz w:w="12240" w:h="15840"/>
      <w:pgMar w:top="680" w:right="1020" w:bottom="907" w:left="1020" w:header="227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28003A" w14:textId="77777777" w:rsidR="00AD106C" w:rsidRDefault="00C50D7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FBDC6BA" w14:textId="77777777" w:rsidR="00AD106C" w:rsidRDefault="00C50D7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9D553" w14:textId="77777777" w:rsidR="005D2E4D" w:rsidRDefault="00C50D77">
    <w:pPr>
      <w:pStyle w:val="Noga"/>
      <w:jc w:val="center"/>
      <w:rPr>
        <w:rFonts w:hint="eastAsia"/>
      </w:rPr>
    </w:pPr>
    <w:r>
      <w:rPr>
        <w:color w:val="666666"/>
        <w:sz w:val="16"/>
      </w:rPr>
      <w:t>Grm Novo mesto - center biotehnike in turizma | Sevno 13, 8000 Novo mesto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7DAF86" w14:textId="77777777" w:rsidR="00AD106C" w:rsidRDefault="00C50D7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FCE4E31" w14:textId="77777777" w:rsidR="00AD106C" w:rsidRDefault="00C50D7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5DDFE" w14:textId="77777777" w:rsidR="005D2E4D" w:rsidRDefault="00C50D77">
    <w:pPr>
      <w:pStyle w:val="Glava"/>
      <w:jc w:val="center"/>
      <w:rPr>
        <w:rFonts w:hint="eastAsia"/>
      </w:rPr>
    </w:pPr>
    <w:r>
      <w:rPr>
        <w:noProof/>
      </w:rPr>
      <w:drawing>
        <wp:inline distT="0" distB="0" distL="0" distR="0" wp14:anchorId="357BCD31" wp14:editId="697B8F97">
          <wp:extent cx="6263999" cy="1339664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lava dokumentov Grm 2026(1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63999" cy="13396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tevile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tevile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znaenseznam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znaenseznam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D2E4D"/>
    <w:rsid w:val="00871FD5"/>
    <w:rsid w:val="00AA1D8D"/>
    <w:rsid w:val="00AD106C"/>
    <w:rsid w:val="00B47730"/>
    <w:rsid w:val="00C50D77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F9491B"/>
  <w14:defaultImageDpi w14:val="300"/>
  <w15:docId w15:val="{D0CE1761-AC66-4C44-BC56-CA460A3A6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93F"/>
    <w:pPr>
      <w:spacing w:after="100" w:line="252" w:lineRule="auto"/>
    </w:pPr>
    <w:rPr>
      <w:rFonts w:ascii="Aptos" w:hAnsi="Aptos"/>
      <w:sz w:val="21"/>
    </w:rPr>
  </w:style>
  <w:style w:type="paragraph" w:styleId="Naslov1">
    <w:name w:val="heading 1"/>
    <w:basedOn w:val="Navaden"/>
    <w:next w:val="Navaden"/>
    <w:link w:val="Naslov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1F1F"/>
      <w:sz w:val="24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1F1F"/>
      <w:sz w:val="22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618BF"/>
  </w:style>
  <w:style w:type="paragraph" w:styleId="Noga">
    <w:name w:val="footer"/>
    <w:basedOn w:val="Navaden"/>
    <w:link w:val="Nog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618BF"/>
  </w:style>
  <w:style w:type="paragraph" w:styleId="Brezrazmikov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avaden"/>
    <w:next w:val="Navaden"/>
    <w:link w:val="Naslov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1F1F"/>
      <w:spacing w:val="5"/>
      <w:kern w:val="28"/>
      <w:sz w:val="3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rsid w:val="00AA1D8D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AA1D8D"/>
  </w:style>
  <w:style w:type="paragraph" w:styleId="Telobesedila2">
    <w:name w:val="Body Text 2"/>
    <w:basedOn w:val="Navaden"/>
    <w:link w:val="Telobesedila2Znak"/>
    <w:uiPriority w:val="99"/>
    <w:unhideWhenUsed/>
    <w:rsid w:val="00AA1D8D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AA1D8D"/>
  </w:style>
  <w:style w:type="paragraph" w:styleId="Telobesedila3">
    <w:name w:val="Body Text 3"/>
    <w:basedOn w:val="Navaden"/>
    <w:link w:val="Telobesedila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A1D8D"/>
    <w:rPr>
      <w:sz w:val="16"/>
      <w:szCs w:val="16"/>
    </w:r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1"/>
      </w:numPr>
      <w:contextualSpacing/>
    </w:pPr>
  </w:style>
  <w:style w:type="paragraph" w:styleId="Oznaenseznam2">
    <w:name w:val="List Bullet 2"/>
    <w:basedOn w:val="Navaden"/>
    <w:uiPriority w:val="99"/>
    <w:unhideWhenUsed/>
    <w:rsid w:val="00326F90"/>
    <w:pPr>
      <w:numPr>
        <w:numId w:val="2"/>
      </w:numPr>
      <w:contextualSpacing/>
    </w:pPr>
  </w:style>
  <w:style w:type="paragraph" w:styleId="Oznaenseznam3">
    <w:name w:val="List Bullet 3"/>
    <w:basedOn w:val="Navaden"/>
    <w:uiPriority w:val="99"/>
    <w:unhideWhenUsed/>
    <w:rsid w:val="00326F90"/>
    <w:pPr>
      <w:numPr>
        <w:numId w:val="3"/>
      </w:numPr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numPr>
        <w:numId w:val="5"/>
      </w:numPr>
      <w:contextualSpacing/>
    </w:pPr>
  </w:style>
  <w:style w:type="paragraph" w:styleId="Otevilenseznam2">
    <w:name w:val="List Number 2"/>
    <w:basedOn w:val="Navaden"/>
    <w:uiPriority w:val="99"/>
    <w:unhideWhenUsed/>
    <w:rsid w:val="0029639D"/>
    <w:pPr>
      <w:numPr>
        <w:numId w:val="6"/>
      </w:numPr>
      <w:contextualSpacing/>
    </w:pPr>
  </w:style>
  <w:style w:type="paragraph" w:styleId="Otevilenseznam3">
    <w:name w:val="List Number 3"/>
    <w:basedOn w:val="Navaden"/>
    <w:uiPriority w:val="99"/>
    <w:unhideWhenUsed/>
    <w:rsid w:val="0029639D"/>
    <w:pPr>
      <w:numPr>
        <w:numId w:val="7"/>
      </w:numPr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spacing w:after="120"/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spacing w:after="120"/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spacing w:after="120"/>
      <w:ind w:left="1080"/>
      <w:contextualSpacing/>
    </w:pPr>
  </w:style>
  <w:style w:type="paragraph" w:styleId="Makrobesedilo">
    <w:name w:val="macro"/>
    <w:link w:val="Makrobesedilo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FC693F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93F"/>
    <w:rPr>
      <w:b/>
      <w:bCs/>
      <w:i/>
      <w:iCs/>
      <w:color w:val="4F81BD" w:themeColor="accent1"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Jana Goršin Fabjan</cp:lastModifiedBy>
  <cp:revision>3</cp:revision>
  <dcterms:created xsi:type="dcterms:W3CDTF">2026-09-14T12:48:00Z</dcterms:created>
  <dcterms:modified xsi:type="dcterms:W3CDTF">2026-09-15T07:46:00Z</dcterms:modified>
  <cp:category/>
</cp:coreProperties>
</file>